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IDMLP6df3d6661c095ce7"/>
      </w:pPr>
    </w:p>
    <w:sectPr w:rsidR="00FC693F" w:rsidRPr="0006063C" w:rsidSect="00034616">
      <w:docGrid w:linePitch="360"/>
      <w:pgSz w:w="11906" w:h="16838"/>
      <w:pgMar w:top="1984" w:bottom="1757" w:left="1417" w:right="1417" w:header="0" w:footer="0" w:gutter="0"/>
      <w:cols w:num="1" w:space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EE01000"/>
    <w:multiLevelType w:val="multilevel"/>
    <w:lvl w:ilvl="0">
      <w:start w:val="1"/>
      <w:numFmt w:val="bullet"/>
      <w:pStyle w:val="IDMLP090fa0526c0fc5fe"/>
      <w:lvlText w:val="•"/>
      <w:lvlJc w:val="left"/>
    </w:lvl>
    <w:lvl w:ilvl="1">
      <w:start w:val="1"/>
      <w:numFmt w:val="bullet"/>
      <w:pStyle w:val="IDMLP45b9ecc95f82cfe0"/>
      <w:lvlText w:val="•"/>
      <w:lvlJc w:val="left"/>
    </w:lvl>
  </w:abstractNum>
  <w:abstractNum w:abstractNumId="10">
    <w:nsid w:val="1EE01001"/>
    <w:multiLevelType w:val="multilevel"/>
    <w:lvl w:ilvl="0">
      <w:start w:val="1"/>
      <w:numFmt w:val="decimal"/>
      <w:pStyle w:val="IDMLP7bcac4462be472ca"/>
      <w:lvlText w:val="%1."/>
      <w:lvlJc w:val="left"/>
    </w:lvl>
    <w:lvl w:ilvl="1">
      <w:start w:val="1"/>
      <w:numFmt w:val="decimal"/>
      <w:pStyle w:val="IDMLP99404da045d1df14"/>
      <w:lvlText w:val="%2."/>
      <w:lvlJc w:val="left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basedOn w:val="IDMLP6df3d6661c095ce7"/>
    <w:next w:val="IDMLP6df3d6661c095ce7"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rsid w:val="00FC693F"/>
    <w:rPr>
      <w:b/>
      <w:bCs/>
    </w:rPr>
  </w:style>
  <w:style w:type="character" w:styleId="Emphasis">
    <w:name w:val="Emphasis"/>
    <w:basedOn w:val="DefaultParagraphFont"/>
    <w:uiPriority w:val="20"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DMLP0c6a92ee15c21cfa">
    <w:name w:val="Bibliografia:Bibliografia_ladillo"/>
    <w:next w:val="IDMLP6df3d6661c095ce7"/>
    <w:uiPriority w:val="30"/>
    <w:qFormat/>
    <w:pPr>
      <w:spacing w:before="340" w:after="0" w:line="276" w:lineRule="auto"/>
      <w:ind w:left="283" w:right="0" w:hanging="283"/>
      <w:jc w:val="left"/>
      <w:keepNext w:val="1"/>
      <w:keepLines w:val="0"/>
      <w:widowControl w:val="1"/>
      <w:suppressAutoHyphens w:val="1"/>
      <w:tabs>
        <w:tab w:val="left" w:pos="283"/>
      </w:tabs>
    </w:pPr>
    <w:rPr>
      <w:rFonts w:ascii="Roboto Black" w:hAnsi="Roboto Black" w:eastAsia="Roboto Black" w:cs="Roboto Black"/>
      <w:b w:val="0"/>
      <w:bCs w:val="0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001be2f017d3b39a">
    <w:name w:val="Bibliografia:Bibliografía"/>
    <w:next w:val="IDMLP6df3d6661c095ce7"/>
    <w:uiPriority w:val="30"/>
    <w:qFormat/>
    <w:pPr>
      <w:spacing w:before="283" w:after="0" w:line="276" w:lineRule="auto"/>
      <w:ind w:left="283" w:right="0" w:hanging="283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7e4f2451ca87c3e4">
    <w:name w:val="Bibliografia:Bibliografía_url"/>
    <w:next w:val="IDMLP6df3d6661c095ce7"/>
    <w:uiPriority w:val="30"/>
    <w:qFormat/>
    <w:pPr>
      <w:spacing w:before="0" w:after="0" w:line="276" w:lineRule="auto"/>
      <w:ind w:left="680" w:right="0" w:hanging="397"/>
      <w:jc w:val="left"/>
      <w:keepNext w:val="0"/>
      <w:keepLines w:val="0"/>
      <w:widowControl w:val="1"/>
      <w:suppressAutoHyphens w:val="1"/>
    </w:pPr>
    <w:rPr>
      <w:rFonts w:ascii="Roboto Slab Light" w:hAnsi="Roboto Slab Light" w:eastAsia="Roboto Slab Light" w:cs="Roboto Slab Light"/>
      <w:b w:val="0"/>
      <w:bCs w:val="0"/>
      <w:i w:val="0"/>
      <w:iCs w:val="0"/>
      <w:sz w:val="20"/>
      <w:szCs w:val="20"/>
      <w:color w:val="000000"/>
      <w:spacing w:val="0"/>
      <w:w w:val="100"/>
    </w:rPr>
  </w:style>
  <w:style w:type="paragraph" w:customStyle="1" w:styleId="IDMLP2cc5b4587ee16606">
    <w:name w:val="Capitular"/>
    <w:next w:val="IDMLP6df3d6661c095ce7"/>
    <w:uiPriority w:val="30"/>
    <w:qFormat/>
    <w:pPr>
      <w:spacing w:before="0" w:after="300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0b39477fc7696c71">
    <w:name w:val="Cita"/>
    <w:next w:val="IDMLP6df3d6661c095ce7"/>
    <w:uiPriority w:val="7"/>
    <w:qFormat/>
    <w:pPr>
      <w:spacing w:before="0" w:after="300" w:line="276" w:lineRule="auto"/>
      <w:ind w:left="567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c2e5d8e4041c9fcb">
    <w:name w:val="Indice:Indice_1"/>
    <w:next w:val="IDMLP6df3d6661c095ce7"/>
    <w:uiPriority w:val="30"/>
    <w:qFormat/>
    <w:pPr>
      <w:spacing w:before="113" w:after="57" w:line="276" w:lineRule="auto"/>
      <w:ind w:left="283" w:right="454" w:hanging="283"/>
      <w:jc w:val="left"/>
      <w:keepNext w:val="0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" w:hAnsi="Roboto Slab" w:eastAsia="Roboto Slab" w:cs="Roboto Slab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c46575e47b990ce7">
    <w:name w:val="Indice:Indice_1_sin"/>
    <w:next w:val="IDMLP6df3d6661c095ce7"/>
    <w:uiPriority w:val="30"/>
    <w:qFormat/>
    <w:pPr>
      <w:spacing w:before="113" w:after="57" w:line="276" w:lineRule="auto"/>
      <w:ind w:left="0" w:right="454" w:firstLine="0"/>
      <w:jc w:val="left"/>
      <w:keepNext w:val="0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" w:hAnsi="Roboto Slab" w:eastAsia="Roboto Slab" w:cs="Roboto Slab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7e9aafd3c0acc828">
    <w:name w:val="Indice:Indice_2"/>
    <w:next w:val="IDMLP6df3d6661c095ce7"/>
    <w:uiPriority w:val="30"/>
    <w:qFormat/>
    <w:pPr>
      <w:spacing w:before="57" w:after="57" w:line="276" w:lineRule="auto"/>
      <w:ind w:left="680" w:right="454" w:hanging="397"/>
      <w:jc w:val="left"/>
      <w:keepNext w:val="0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d456e38be1edeb8c">
    <w:name w:val="Indice:Indice_3"/>
    <w:next w:val="IDMLP6df3d6661c095ce7"/>
    <w:uiPriority w:val="30"/>
    <w:qFormat/>
    <w:pPr>
      <w:spacing w:before="0" w:after="57" w:line="276" w:lineRule="auto"/>
      <w:ind w:left="1247" w:right="454" w:hanging="567"/>
      <w:jc w:val="left"/>
      <w:keepNext w:val="0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8f5b1a45fd469371">
    <w:name w:val="Indice:Indice_Institucion"/>
    <w:next w:val="IDMLP6df3d6661c095ce7"/>
    <w:uiPriority w:val="30"/>
    <w:qFormat/>
    <w:pPr>
      <w:spacing w:before="680" w:after="57" w:line="276" w:lineRule="auto"/>
      <w:ind w:left="0" w:right="454" w:firstLine="0"/>
      <w:jc w:val="left"/>
      <w:keepNext w:val="1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 Medium" w:hAnsi="Roboto Slab Medium" w:eastAsia="Roboto Slab Medium" w:cs="Roboto Slab Medium"/>
      <w:b w:val="0"/>
      <w:bCs w:val="0"/>
      <w:i w:val="0"/>
      <w:iCs w:val="0"/>
      <w:sz w:val="20"/>
      <w:szCs w:val="20"/>
      <w:color w:val="000000"/>
      <w:spacing w:val="0"/>
      <w:w w:val="100"/>
    </w:rPr>
  </w:style>
  <w:style w:type="paragraph" w:customStyle="1" w:styleId="IDMLP03c61e926ef4c4a4">
    <w:name w:val="Indice:Indice_cargo"/>
    <w:next w:val="IDMLP6df3d6661c095ce7"/>
    <w:uiPriority w:val="30"/>
    <w:qFormat/>
    <w:pPr>
      <w:spacing w:before="170" w:after="113" w:line="276" w:lineRule="auto"/>
      <w:ind w:left="113" w:right="454" w:firstLine="0"/>
      <w:jc w:val="left"/>
      <w:keepNext w:val="0"/>
      <w:keepLines w:val="0"/>
      <w:widowControl w:val="1"/>
      <w:suppressAutoHyphens w:val="1"/>
      <w:tabs>
        <w:tab w:val="left" w:pos="794"/>
        <w:tab w:val="right" w:pos="9071"/>
      </w:tabs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5eb09b4f1783535c">
    <w:name w:val="Indice:Indice_empresa"/>
    <w:next w:val="IDMLP6df3d6661c095ce7"/>
    <w:uiPriority w:val="30"/>
    <w:qFormat/>
    <w:pPr>
      <w:spacing w:before="0" w:after="0" w:line="276" w:lineRule="auto"/>
      <w:ind w:left="0" w:right="454" w:firstLine="0"/>
      <w:jc w:val="left"/>
      <w:keepNext w:val="0"/>
      <w:keepLines w:val="0"/>
      <w:widowControl w:val="1"/>
      <w:suppressAutoHyphens w:val="1"/>
      <w:tabs>
        <w:tab w:val="left" w:pos="794"/>
        <w:tab w:val="right" w:pos="9071"/>
      </w:tabs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f4e05d5a8db1b346">
    <w:name w:val="Indice:Indice_figura"/>
    <w:next w:val="IDMLP6df3d6661c095ce7"/>
    <w:uiPriority w:val="30"/>
    <w:qFormat/>
    <w:pPr>
      <w:spacing w:before="57" w:after="57" w:line="276" w:lineRule="auto"/>
      <w:ind w:left="0" w:right="454" w:firstLine="0"/>
      <w:jc w:val="left"/>
      <w:keepNext w:val="0"/>
      <w:keepLines w:val="0"/>
      <w:widowControl w:val="1"/>
      <w:suppressAutoHyphens w:val="1"/>
      <w:tabs>
        <w:tab w:val="left" w:pos="0"/>
        <w:tab w:val="right" w:pos="9071"/>
      </w:tabs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8b76088cbd1a0f4e">
    <w:name w:val="Indice:Indice_figura_numero"/>
    <w:next w:val="IDMLP6df3d6661c095ce7"/>
    <w:uiPriority w:val="30"/>
    <w:qFormat/>
    <w:pPr>
      <w:spacing w:before="170" w:after="0" w:line="276" w:lineRule="auto"/>
      <w:ind w:left="283" w:right="454" w:hanging="283"/>
      <w:jc w:val="left"/>
      <w:keepNext w:val="1"/>
      <w:keepLines w:val="0"/>
      <w:widowControl w:val="1"/>
      <w:suppressAutoHyphens w:val="1"/>
      <w:tabs>
        <w:tab w:val="left" w:pos="0"/>
        <w:tab w:val="left" w:pos="794"/>
        <w:tab w:val="left" w:pos="1814"/>
        <w:tab w:val="right" w:pos="9071"/>
      </w:tabs>
    </w:pPr>
    <w:rPr>
      <w:rFonts w:ascii="Roboto Slab" w:hAnsi="Roboto Slab" w:eastAsia="Roboto Slab" w:cs="Roboto Slab"/>
      <w:b w:val="0"/>
      <w:bCs w:val="0"/>
      <w:i w:val="0"/>
      <w:iCs w:val="0"/>
      <w:sz w:val="21"/>
      <w:szCs w:val="21"/>
      <w:color w:val="002B7A"/>
      <w:spacing w:val="0"/>
      <w:w w:val="100"/>
    </w:rPr>
  </w:style>
  <w:style w:type="paragraph" w:customStyle="1" w:styleId="IDMLP0308d46c0c2f340e">
    <w:name w:val="Indice:Indice_indice_tablas_graficos"/>
    <w:next w:val="IDMLP6df3d6661c095ce7"/>
    <w:uiPriority w:val="30"/>
    <w:qFormat/>
    <w:pPr>
      <w:spacing w:before="0" w:after="850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Roboto" w:hAnsi="Roboto" w:eastAsia="Roboto" w:cs="Roboto"/>
      <w:b w:val="1"/>
      <w:bCs w:val="1"/>
      <w:i w:val="0"/>
      <w:iCs w:val="0"/>
      <w:sz w:val="28"/>
      <w:szCs w:val="28"/>
      <w:color w:val="002B7A"/>
      <w:spacing w:val="0"/>
      <w:w w:val="100"/>
    </w:rPr>
  </w:style>
  <w:style w:type="paragraph" w:customStyle="1" w:styleId="IDMLP768a2a8fa8070125">
    <w:name w:val="Indice:Indice_nombre"/>
    <w:next w:val="IDMLP6df3d6661c095ce7"/>
    <w:uiPriority w:val="30"/>
    <w:qFormat/>
    <w:pPr>
      <w:spacing w:before="170" w:after="113" w:line="276" w:lineRule="auto"/>
      <w:ind w:left="113" w:right="454" w:firstLine="0"/>
      <w:jc w:val="left"/>
      <w:keepNext w:val="0"/>
      <w:keepLines w:val="0"/>
      <w:widowControl w:val="1"/>
      <w:suppressAutoHyphens w:val="1"/>
      <w:tabs>
        <w:tab w:val="left" w:pos="794"/>
        <w:tab w:val="right" w:pos="9071"/>
      </w:tabs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8a8aa516a3fd7eba">
    <w:name w:val="Indice:Indice_nombre-ibero"/>
    <w:next w:val="IDMLP6df3d6661c095ce7"/>
    <w:uiPriority w:val="30"/>
    <w:qFormat/>
    <w:pPr>
      <w:spacing w:before="170" w:after="113" w:line="276" w:lineRule="auto"/>
      <w:ind w:left="113" w:right="454" w:firstLine="0"/>
      <w:jc w:val="left"/>
      <w:keepNext w:val="0"/>
      <w:keepLines w:val="0"/>
      <w:widowControl w:val="1"/>
      <w:suppressAutoHyphens w:val="1"/>
      <w:tabs>
        <w:tab w:val="left" w:pos="794"/>
        <w:tab w:val="right" w:pos="9071"/>
      </w:tabs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102a1c1c8531f782">
    <w:name w:val="Indice:Indice_nombre_"/>
    <w:next w:val="IDMLP6df3d6661c095ce7"/>
    <w:uiPriority w:val="30"/>
    <w:qFormat/>
    <w:pPr>
      <w:spacing w:before="0" w:after="0" w:line="276" w:lineRule="auto"/>
      <w:ind w:left="0" w:right="454" w:firstLine="0"/>
      <w:jc w:val="left"/>
      <w:keepNext w:val="0"/>
      <w:keepLines w:val="0"/>
      <w:widowControl w:val="1"/>
      <w:suppressAutoHyphens w:val="1"/>
      <w:tabs>
        <w:tab w:val="left" w:pos="0"/>
        <w:tab w:val="left" w:pos="794"/>
        <w:tab w:val="right" w:pos="9071"/>
      </w:tabs>
    </w:pPr>
    <w:rPr>
      <w:rFonts w:ascii="Roboto Slab" w:hAnsi="Roboto Slab" w:eastAsia="Roboto Slab" w:cs="Roboto Slab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00b0f6497be3e3a9">
    <w:name w:val="Indice:Indice_resumen"/>
    <w:next w:val="IDMLP6df3d6661c095ce7"/>
    <w:uiPriority w:val="30"/>
    <w:qFormat/>
    <w:pPr>
      <w:spacing w:before="454" w:after="57" w:line="276" w:lineRule="auto"/>
      <w:ind w:left="0" w:right="567" w:firstLine="0"/>
      <w:jc w:val="left"/>
      <w:keepNext w:val="1"/>
      <w:keepLines w:val="0"/>
      <w:widowControl w:val="1"/>
      <w:suppressAutoHyphens w:val="1"/>
      <w:tabs>
        <w:tab w:val="left" w:pos="0"/>
        <w:tab w:val="right" w:pos="9071"/>
      </w:tabs>
    </w:pPr>
    <w:rPr>
      <w:rFonts w:ascii="Roboto Slab" w:hAnsi="Roboto Slab" w:eastAsia="Roboto Slab" w:cs="Roboto Slab"/>
      <w:b w:val="1"/>
      <w:bCs w:val="1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ce22afbc97532597">
    <w:name w:val="Indice:Indice_titulo"/>
    <w:next w:val="IDMLP6df3d6661c095ce7"/>
    <w:uiPriority w:val="30"/>
    <w:qFormat/>
    <w:pPr>
      <w:spacing w:before="454" w:after="57" w:line="276" w:lineRule="auto"/>
      <w:ind w:left="0" w:right="567" w:firstLine="0"/>
      <w:jc w:val="left"/>
      <w:keepNext w:val="1"/>
      <w:keepLines w:val="0"/>
      <w:widowControl w:val="1"/>
      <w:suppressAutoHyphens w:val="1"/>
      <w:tabs>
        <w:tab w:val="left" w:pos="0"/>
        <w:tab w:val="right" w:pos="9071"/>
      </w:tabs>
    </w:pPr>
    <w:rPr>
      <w:rFonts w:ascii="Roboto Slab" w:hAnsi="Roboto Slab" w:eastAsia="Roboto Slab" w:cs="Roboto Slab"/>
      <w:b w:val="1"/>
      <w:bCs w:val="1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620d8eef6dbcb2f2">
    <w:name w:val="Ladillo_0"/>
    <w:next w:val="IDMLP6df3d6661c095ce7"/>
    <w:uiPriority w:val="2"/>
    <w:qFormat/>
    <w:pPr>
      <w:spacing w:before="0" w:after="1814" w:line="276" w:lineRule="auto"/>
      <w:ind w:left="0" w:right="0" w:firstLine="0"/>
      <w:jc w:val="left"/>
      <w:keepNext w:val="0"/>
      <w:keepLines w:val="0"/>
      <w:widowControl w:val="1"/>
      <w:suppressAutoHyphens w:val="1"/>
      <w:outlineLvl w:val="0"/>
    </w:pPr>
    <w:rPr>
      <w:rFonts w:ascii="Roboto Black" w:hAnsi="Roboto Black" w:eastAsia="Roboto Black" w:cs="Roboto Black"/>
      <w:b w:val="0"/>
      <w:bCs w:val="0"/>
      <w:i w:val="0"/>
      <w:iCs w:val="0"/>
      <w:sz w:val="32"/>
      <w:szCs w:val="32"/>
      <w:color w:val="002B7A"/>
      <w:spacing w:val="0"/>
      <w:w w:val="100"/>
    </w:rPr>
  </w:style>
  <w:style w:type="paragraph" w:customStyle="1" w:styleId="IDMLPcd7d00b8ea651d3a">
    <w:name w:val="Ladillo_0_notoc"/>
    <w:next w:val="IDMLP6df3d6661c095ce7"/>
    <w:uiPriority w:val="30"/>
    <w:qFormat/>
    <w:pPr>
      <w:spacing w:before="0" w:after="1814" w:line="276" w:lineRule="auto"/>
      <w:ind w:left="0" w:right="0" w:firstLine="0"/>
      <w:jc w:val="left"/>
      <w:keepNext w:val="0"/>
      <w:keepLines w:val="0"/>
      <w:widowControl w:val="1"/>
      <w:suppressAutoHyphens w:val="1"/>
      <w:outlineLvl w:val="0"/>
    </w:pPr>
    <w:rPr>
      <w:rFonts w:ascii="Roboto Black" w:hAnsi="Roboto Black" w:eastAsia="Roboto Black" w:cs="Roboto Black"/>
      <w:b w:val="0"/>
      <w:bCs w:val="0"/>
      <w:i w:val="0"/>
      <w:iCs w:val="0"/>
      <w:sz w:val="32"/>
      <w:szCs w:val="32"/>
      <w:color w:val="002B7A"/>
      <w:spacing w:val="0"/>
      <w:w w:val="100"/>
    </w:rPr>
  </w:style>
  <w:style w:type="paragraph" w:customStyle="1" w:styleId="IDMLP9f22b0c59b81a6c5">
    <w:name w:val="Ladillo_1"/>
    <w:next w:val="IDMLP6df3d6661c095ce7"/>
    <w:uiPriority w:val="3"/>
    <w:qFormat/>
    <w:pPr>
      <w:spacing w:before="340" w:after="244" w:line="276" w:lineRule="auto"/>
      <w:ind w:left="283" w:right="0" w:hanging="283"/>
      <w:jc w:val="left"/>
      <w:keepNext w:val="1"/>
      <w:keepLines w:val="0"/>
      <w:widowControl w:val="1"/>
      <w:suppressAutoHyphens w:val="1"/>
      <w:tabs>
        <w:tab w:val="left" w:pos="283"/>
      </w:tabs>
      <w:outlineLvl w:val="0"/>
    </w:pPr>
    <w:rPr>
      <w:rFonts w:ascii="Roboto Black" w:hAnsi="Roboto Black" w:eastAsia="Roboto Black" w:cs="Roboto Black"/>
      <w:b w:val="0"/>
      <w:bCs w:val="0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1fad2716b905e770">
    <w:name w:val="Ladillo_1-sin"/>
    <w:next w:val="IDMLP6df3d6661c095ce7"/>
    <w:uiPriority w:val="30"/>
    <w:qFormat/>
    <w:pPr>
      <w:spacing w:before="340" w:after="244" w:line="276" w:lineRule="auto"/>
      <w:ind w:left="0" w:right="0" w:firstLine="0"/>
      <w:jc w:val="left"/>
      <w:keepNext w:val="1"/>
      <w:keepLines w:val="0"/>
      <w:widowControl w:val="1"/>
      <w:suppressAutoHyphens w:val="1"/>
      <w:tabs>
        <w:tab w:val="left" w:pos="283"/>
      </w:tabs>
      <w:outlineLvl w:val="0"/>
    </w:pPr>
    <w:rPr>
      <w:rFonts w:ascii="Roboto Black" w:hAnsi="Roboto Black" w:eastAsia="Roboto Black" w:cs="Roboto Black"/>
      <w:b w:val="0"/>
      <w:bCs w:val="0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fcf9ffca33cc632e">
    <w:name w:val="Ladillo_2"/>
    <w:next w:val="IDMLP6df3d6661c095ce7"/>
    <w:uiPriority w:val="4"/>
    <w:qFormat/>
    <w:pPr>
      <w:spacing w:before="340" w:after="244" w:line="276" w:lineRule="auto"/>
      <w:ind w:left="454" w:right="0" w:hanging="454"/>
      <w:jc w:val="left"/>
      <w:keepNext w:val="1"/>
      <w:keepLines w:val="0"/>
      <w:widowControl w:val="1"/>
      <w:suppressAutoHyphens w:val="1"/>
      <w:tabs>
        <w:tab w:val="left" w:pos="454"/>
      </w:tabs>
      <w:outlineLvl w:val="1"/>
    </w:pPr>
    <w:rPr>
      <w:rFonts w:ascii="Roboto" w:hAnsi="Roboto" w:eastAsia="Roboto" w:cs="Roboto"/>
      <w:b w:val="1"/>
      <w:bCs w:val="1"/>
      <w:i w:val="0"/>
      <w:iCs w:val="0"/>
      <w:sz w:val="22"/>
      <w:szCs w:val="22"/>
      <w:color w:val="002B7A"/>
      <w:spacing w:val="0"/>
      <w:w w:val="100"/>
    </w:rPr>
  </w:style>
  <w:style w:type="paragraph" w:customStyle="1" w:styleId="IDMLPbbb05ce5a11b9548">
    <w:name w:val="Ladillo_3"/>
    <w:next w:val="IDMLP6df3d6661c095ce7"/>
    <w:uiPriority w:val="5"/>
    <w:qFormat/>
    <w:pPr>
      <w:spacing w:before="340" w:after="244" w:line="276" w:lineRule="auto"/>
      <w:ind w:left="624" w:right="0" w:hanging="624"/>
      <w:jc w:val="left"/>
      <w:keepNext w:val="1"/>
      <w:keepLines w:val="0"/>
      <w:widowControl w:val="1"/>
      <w:suppressAutoHyphens w:val="1"/>
      <w:tabs>
        <w:tab w:val="left" w:pos="624"/>
      </w:tabs>
      <w:outlineLvl w:val="2"/>
    </w:pPr>
    <w:rPr>
      <w:rFonts w:ascii="Roboto Medium" w:hAnsi="Roboto Medium" w:eastAsia="Roboto Medium" w:cs="Roboto Medium"/>
      <w:b w:val="0"/>
      <w:bCs w:val="0"/>
      <w:i w:val="0"/>
      <w:iCs w:val="0"/>
      <w:sz w:val="20"/>
      <w:szCs w:val="20"/>
      <w:color w:val="002B7A"/>
      <w:spacing w:val="0"/>
      <w:w w:val="100"/>
    </w:rPr>
  </w:style>
  <w:style w:type="paragraph" w:customStyle="1" w:styleId="IDMLPeb2ac6f1bbe56826">
    <w:name w:val="Ladillo_introduccion"/>
    <w:next w:val="IDMLP6df3d6661c095ce7"/>
    <w:uiPriority w:val="6"/>
    <w:qFormat/>
    <w:pPr>
      <w:spacing w:before="340" w:after="244" w:line="276" w:lineRule="auto"/>
      <w:ind w:left="0" w:right="0" w:firstLine="0"/>
      <w:jc w:val="left"/>
      <w:keepNext w:val="1"/>
      <w:keepLines w:val="0"/>
      <w:widowControl w:val="1"/>
      <w:suppressAutoHyphens w:val="1"/>
      <w:tabs>
        <w:tab w:val="left" w:pos="283"/>
      </w:tabs>
      <w:outlineLvl w:val="0"/>
    </w:pPr>
    <w:rPr>
      <w:rFonts w:ascii="Roboto Black" w:hAnsi="Roboto Black" w:eastAsia="Roboto Black" w:cs="Roboto Black"/>
      <w:b w:val="0"/>
      <w:bCs w:val="0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eac2a74d0d407053">
    <w:name w:val="Metido sin"/>
    <w:next w:val="IDMLP6df3d6661c095ce7"/>
    <w:uiPriority w:val="30"/>
    <w:qFormat/>
    <w:pPr>
      <w:spacing w:before="0" w:after="300" w:line="276" w:lineRule="auto"/>
      <w:ind w:left="283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090fa0526c0fc5fe">
    <w:name w:val="Metido_bolo"/>
    <w:next w:val="IDMLP090fa0526c0fc5fe"/>
    <w:uiPriority w:val="8"/>
    <w:qFormat/>
    <w:pPr>
      <w:spacing w:before="0" w:after="300" w:line="276" w:lineRule="auto"/>
      <w:ind w:left="283" w:right="0" w:hanging="283"/>
      <w:jc w:val="both"/>
      <w:keepNext w:val="0"/>
      <w:keepLines w:val="0"/>
      <w:widowControl w:val="1"/>
      <w:suppressAutoHyphens w:val="0"/>
      <w:numPr>
        <w:ilvl w:val="0"/>
        <w:numId w:val="10"/>
      </w:numPr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45b9ecc95f82cfe0">
    <w:name w:val="Metido_bolo_2"/>
    <w:next w:val="IDMLP45b9ecc95f82cfe0"/>
    <w:uiPriority w:val="30"/>
    <w:qFormat/>
    <w:pPr>
      <w:spacing w:before="0" w:after="300" w:line="276" w:lineRule="auto"/>
      <w:ind w:left="567" w:right="0" w:hanging="283"/>
      <w:jc w:val="both"/>
      <w:keepNext w:val="0"/>
      <w:keepLines w:val="0"/>
      <w:widowControl w:val="1"/>
      <w:suppressAutoHyphens w:val="0"/>
      <w:numPr>
        <w:ilvl w:val="1"/>
        <w:numId w:val="10"/>
      </w:numPr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7bcac4462be472ca">
    <w:name w:val="Metido_numero"/>
    <w:next w:val="IDMLP7bcac4462be472ca"/>
    <w:uiPriority w:val="9"/>
    <w:qFormat/>
    <w:pPr>
      <w:spacing w:before="0" w:after="300" w:line="276" w:lineRule="auto"/>
      <w:ind w:left="283" w:right="0" w:hanging="283"/>
      <w:jc w:val="both"/>
      <w:keepNext w:val="0"/>
      <w:keepLines w:val="0"/>
      <w:widowControl w:val="1"/>
      <w:suppressAutoHyphens w:val="0"/>
      <w:numPr>
        <w:ilvl w:val="0"/>
        <w:numId w:val="11"/>
      </w:numPr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99404da045d1df14">
    <w:name w:val="Metido_numero_1"/>
    <w:next w:val="IDMLP99404da045d1df14"/>
    <w:uiPriority w:val="30"/>
    <w:qFormat/>
    <w:pPr>
      <w:spacing w:before="0" w:after="300" w:line="276" w:lineRule="auto"/>
      <w:ind w:left="283" w:right="0" w:hanging="283"/>
      <w:jc w:val="both"/>
      <w:keepNext w:val="0"/>
      <w:keepLines w:val="0"/>
      <w:widowControl w:val="1"/>
      <w:suppressAutoHyphens w:val="0"/>
      <w:numPr>
        <w:ilvl w:val="1"/>
        <w:numId w:val="11"/>
      </w:numPr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68ac54e56a74ee9e">
    <w:name w:val="Nota_pie"/>
    <w:next w:val="IDMLP6df3d6661c095ce7"/>
    <w:uiPriority w:val="10"/>
    <w:qFormat/>
    <w:pPr>
      <w:spacing w:before="0" w:after="0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44e450c9374e4fcc">
    <w:name w:val="Palabras clave"/>
    <w:next w:val="IDMLP6df3d6661c095ce7"/>
    <w:uiPriority w:val="30"/>
    <w:qFormat/>
    <w:pPr>
      <w:spacing w:before="340" w:after="300" w:line="276" w:lineRule="auto"/>
      <w:ind w:left="227" w:right="227" w:firstLine="0"/>
      <w:jc w:val="both"/>
      <w:keepNext w:val="0"/>
      <w:keepLines w:val="0"/>
      <w:widowControl w:val="1"/>
      <w:suppressAutoHyphens w:val="0"/>
    </w:pPr>
    <w:rPr>
      <w:rFonts w:ascii="Roboto Slab Medium" w:hAnsi="Roboto Slab Medium" w:eastAsia="Roboto Slab Medium" w:cs="Roboto Slab Medium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a83c621dafd45248">
    <w:name w:val="Portada:Portada_subtitulo"/>
    <w:next w:val="IDMLP6df3d6661c095ce7"/>
    <w:uiPriority w:val="30"/>
    <w:qFormat/>
    <w:pPr>
      <w:spacing w:before="0" w:after="283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36"/>
      <w:szCs w:val="36"/>
      <w:color w:val="000000"/>
      <w:spacing w:val="4"/>
      <w:w w:val="100"/>
    </w:rPr>
  </w:style>
  <w:style w:type="paragraph" w:customStyle="1" w:styleId="IDMLP64732fab7e22154b">
    <w:name w:val="Portada:Portada_titulo"/>
    <w:next w:val="IDMLP6df3d6661c095ce7"/>
    <w:uiPriority w:val="30"/>
    <w:qFormat/>
    <w:pPr>
      <w:spacing w:before="0" w:after="227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Neo Sans Std" w:hAnsi="Neo Sans Std" w:eastAsia="Neo Sans Std" w:cs="Neo Sans Std"/>
      <w:b w:val="1"/>
      <w:bCs w:val="1"/>
      <w:i w:val="0"/>
      <w:iCs w:val="0"/>
      <w:sz w:val="60"/>
      <w:szCs w:val="60"/>
      <w:color w:val="000000"/>
      <w:spacing w:val="6"/>
      <w:w w:val="100"/>
    </w:rPr>
  </w:style>
  <w:style w:type="paragraph" w:customStyle="1" w:styleId="IDMLPb7b6eaadfe5f9dff">
    <w:name w:val="Portadilla:Portadilla_antetitulo"/>
    <w:next w:val="IDMLP6df3d6661c095ce7"/>
    <w:uiPriority w:val="30"/>
    <w:qFormat/>
    <w:pPr>
      <w:spacing w:before="57" w:after="0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 Medium" w:hAnsi="Roboto Slab Medium" w:eastAsia="Roboto Slab Medium" w:cs="Roboto Slab Medium"/>
      <w:b w:val="0"/>
      <w:bCs w:val="0"/>
      <w:i w:val="0"/>
      <w:iCs w:val="0"/>
      <w:sz w:val="40"/>
      <w:szCs w:val="40"/>
      <w:color w:val="000000"/>
      <w:spacing w:val="0"/>
      <w:w w:val="100"/>
    </w:rPr>
  </w:style>
  <w:style w:type="paragraph" w:customStyle="1" w:styleId="IDMLP592bb6c0910fdc92">
    <w:name w:val="Portadilla:Portadilla_autor_cargo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 Light" w:hAnsi="Roboto Slab Light" w:eastAsia="Roboto Slab Light" w:cs="Roboto Slab Light"/>
      <w:b w:val="0"/>
      <w:bCs w:val="0"/>
      <w:i w:val="0"/>
      <w:iCs w:val="0"/>
      <w:sz w:val="20"/>
      <w:szCs w:val="20"/>
      <w:color w:val="000000"/>
      <w:spacing w:val="0"/>
      <w:w w:val="100"/>
    </w:rPr>
  </w:style>
  <w:style w:type="paragraph" w:customStyle="1" w:styleId="IDMLP8e4a3ab0786aa3cb">
    <w:name w:val="Portadilla:Portadilla_autor_prologo"/>
    <w:next w:val="IDMLP6df3d6661c095ce7"/>
    <w:uiPriority w:val="30"/>
    <w:qFormat/>
    <w:pPr>
      <w:spacing w:before="170" w:after="0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" w:hAnsi="Roboto Slab" w:eastAsia="Roboto Slab" w:cs="Roboto Slab"/>
      <w:b w:val="0"/>
      <w:bCs w:val="0"/>
      <w:i w:val="0"/>
      <w:iCs w:val="0"/>
      <w:sz w:val="20"/>
      <w:szCs w:val="20"/>
      <w:color w:val="000000"/>
      <w:spacing w:val="0"/>
      <w:w w:val="100"/>
    </w:rPr>
  </w:style>
  <w:style w:type="paragraph" w:customStyle="1" w:styleId="IDMLP3720bb4965192d0c">
    <w:name w:val="Portadilla:Portadilla_logo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0"/>
    </w:pPr>
    <w:rPr>
      <w:rFonts w:ascii="Roboto Slab" w:hAnsi="Roboto Slab" w:eastAsia="Roboto Slab" w:cs="Roboto Slab"/>
      <w:b w:val="0"/>
      <w:bCs w:val="0"/>
      <w:i w:val="0"/>
      <w:iCs w:val="0"/>
      <w:sz w:val="24"/>
      <w:szCs w:val="24"/>
      <w:color w:val="000000"/>
      <w:spacing w:val="5"/>
      <w:w w:val="100"/>
    </w:rPr>
  </w:style>
  <w:style w:type="paragraph" w:customStyle="1" w:styleId="IDMLP6b582fd200dea3b4">
    <w:name w:val="Portadilla:Portadilla_subtitulo"/>
    <w:next w:val="IDMLP6df3d6661c095ce7"/>
    <w:uiPriority w:val="30"/>
    <w:qFormat/>
    <w:pPr>
      <w:spacing w:before="0" w:after="170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 Medium" w:hAnsi="Roboto Slab Medium" w:eastAsia="Roboto Slab Medium" w:cs="Roboto Slab Medium"/>
      <w:b w:val="0"/>
      <w:bCs w:val="0"/>
      <w:i w:val="0"/>
      <w:iCs w:val="0"/>
      <w:sz w:val="40"/>
      <w:szCs w:val="40"/>
      <w:color w:val="000000"/>
      <w:spacing w:val="0"/>
      <w:w w:val="100"/>
    </w:rPr>
  </w:style>
  <w:style w:type="paragraph" w:customStyle="1" w:styleId="IDMLPf40069fed5c1c90f">
    <w:name w:val="Portadilla:Portadilla_titulo"/>
    <w:next w:val="IDMLP6df3d6661c095ce7"/>
    <w:uiPriority w:val="30"/>
    <w:qFormat/>
    <w:pPr>
      <w:spacing w:before="57" w:after="397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 Medium" w:hAnsi="Roboto Slab Medium" w:eastAsia="Roboto Slab Medium" w:cs="Roboto Slab Medium"/>
      <w:b w:val="0"/>
      <w:bCs w:val="0"/>
      <w:i w:val="0"/>
      <w:iCs w:val="0"/>
      <w:sz w:val="78"/>
      <w:szCs w:val="78"/>
      <w:color w:val="000000"/>
      <w:spacing w:val="0"/>
      <w:w w:val="100"/>
    </w:rPr>
  </w:style>
  <w:style w:type="paragraph" w:customStyle="1" w:styleId="IDMLP46a4949bb8b147d8">
    <w:name w:val="Recuadros:Recuadro metido bolo"/>
    <w:next w:val="IDMLP6df3d6661c095ce7"/>
    <w:uiPriority w:val="30"/>
    <w:qFormat/>
    <w:pPr>
      <w:spacing w:before="0" w:after="57" w:line="276" w:lineRule="auto"/>
      <w:ind w:left="283" w:right="0" w:hanging="283"/>
      <w:jc w:val="both"/>
      <w:keepNext w:val="0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7ef75da43bec0e10">
    <w:name w:val="Recuadros:Recuadro_lad_1"/>
    <w:next w:val="IDMLP6df3d6661c095ce7"/>
    <w:uiPriority w:val="30"/>
    <w:qFormat/>
    <w:pPr>
      <w:spacing w:before="283" w:after="113" w:line="276" w:lineRule="auto"/>
      <w:ind w:left="283" w:right="0" w:hanging="283"/>
      <w:jc w:val="both"/>
      <w:keepNext w:val="0"/>
      <w:keepLines w:val="0"/>
      <w:widowControl w:val="1"/>
      <w:suppressAutoHyphens w:val="1"/>
      <w:tabs>
        <w:tab w:val="left" w:pos="283"/>
      </w:tabs>
    </w:pPr>
    <w:rPr>
      <w:rFonts w:ascii="Neo Sans Std" w:hAnsi="Neo Sans Std" w:eastAsia="Neo Sans Std" w:cs="Neo Sans Std"/>
      <w:b w:val="1"/>
      <w:bCs w:val="1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fd7012b24b0b0e47">
    <w:name w:val="Recuadros:Recuadro_lad_2"/>
    <w:next w:val="IDMLP6df3d6661c095ce7"/>
    <w:uiPriority w:val="30"/>
    <w:qFormat/>
    <w:pPr>
      <w:spacing w:before="283" w:after="113" w:line="276" w:lineRule="auto"/>
      <w:ind w:left="397" w:right="0" w:hanging="397"/>
      <w:jc w:val="both"/>
      <w:keepNext w:val="0"/>
      <w:keepLines w:val="0"/>
      <w:widowControl w:val="1"/>
      <w:suppressAutoHyphens w:val="1"/>
      <w:tabs>
        <w:tab w:val="left" w:pos="397"/>
      </w:tabs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d0725860432dfc1c">
    <w:name w:val="Recuadros:Recuadro_numero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2"/>
      <w:w w:val="100"/>
    </w:rPr>
  </w:style>
  <w:style w:type="paragraph" w:customStyle="1" w:styleId="IDMLP8bd17495489fe452">
    <w:name w:val="Recuadros:Recuadro_titulo"/>
    <w:next w:val="IDMLP6df3d6661c095ce7"/>
    <w:uiPriority w:val="30"/>
    <w:qFormat/>
    <w:pPr>
      <w:spacing w:before="0" w:after="17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" w:hAnsi="Neo Sans Std" w:eastAsia="Neo Sans Std" w:cs="Neo Sans Std"/>
      <w:b w:val="1"/>
      <w:bCs w:val="1"/>
      <w:i w:val="0"/>
      <w:iCs w:val="0"/>
      <w:sz w:val="21"/>
      <w:szCs w:val="21"/>
      <w:color w:val="002B7A"/>
      <w:spacing w:val="-2"/>
      <w:w w:val="100"/>
    </w:rPr>
  </w:style>
  <w:style w:type="paragraph" w:customStyle="1" w:styleId="IDMLPcd2966a7d6bb8abe">
    <w:name w:val="Recuadros:Recuadro_txt_9_11"/>
    <w:next w:val="IDMLP6df3d6661c095ce7"/>
    <w:uiPriority w:val="30"/>
    <w:qFormat/>
    <w:pPr>
      <w:spacing w:before="0" w:after="57" w:line="276" w:lineRule="auto"/>
      <w:ind w:left="0" w:right="0" w:firstLine="0"/>
      <w:jc w:val="both"/>
      <w:keepNext w:val="0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9419356e878d72f5">
    <w:name w:val="Staf:Staf"/>
    <w:next w:val="IDMLP6df3d6661c095ce7"/>
    <w:uiPriority w:val="30"/>
    <w:qFormat/>
    <w:pPr>
      <w:spacing w:before="0" w:after="57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Roboto Slab Light" w:hAnsi="Roboto Slab Light" w:eastAsia="Roboto Slab Light" w:cs="Roboto Slab Light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00af8fd3973fe0a9">
    <w:name w:val="Staf:Staf_justificado"/>
    <w:next w:val="IDMLP6df3d6661c095ce7"/>
    <w:uiPriority w:val="30"/>
    <w:qFormat/>
    <w:pPr>
      <w:spacing w:before="0" w:after="170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bd1d68ed47600ab1">
    <w:name w:val="Tabla:Grafico_titulo"/>
    <w:next w:val="IDMLP6df3d6661c095ce7"/>
    <w:uiPriority w:val="30"/>
    <w:qFormat/>
    <w:pPr>
      <w:spacing w:before="0" w:after="57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21"/>
      <w:szCs w:val="21"/>
      <w:color w:val="002B7A"/>
      <w:spacing w:val="-2"/>
      <w:w w:val="100"/>
    </w:rPr>
  </w:style>
  <w:style w:type="paragraph" w:customStyle="1" w:styleId="IDMLPae76c5bf48c0dc35">
    <w:name w:val="Tabla:Gráfico_numero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2"/>
      <w:w w:val="100"/>
    </w:rPr>
  </w:style>
  <w:style w:type="paragraph" w:customStyle="1" w:styleId="IDMLPbf3fcb633ba360d3">
    <w:name w:val="Tabla:Nota_pie_primera"/>
    <w:next w:val="IDMLP6df3d6661c095ce7"/>
    <w:uiPriority w:val="30"/>
    <w:qFormat/>
    <w:pPr>
      <w:spacing w:before="0" w:after="0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0567341885b4de4d">
    <w:name w:val="Tabla:PARRAFO_OBJETO"/>
    <w:next w:val="IDMLP6df3d6661c095ce7"/>
    <w:uiPriority w:val="30"/>
    <w:qFormat/>
    <w:pPr>
      <w:spacing w:before="283" w:after="227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2e0d64154e5b2aef">
    <w:name w:val="Tabla:Tabla_continuación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4C4C4C"/>
      <w:spacing w:val="-2"/>
      <w:w w:val="100"/>
    </w:rPr>
  </w:style>
  <w:style w:type="paragraph" w:customStyle="1" w:styleId="IDMLP6473ed6f4a18b9d1">
    <w:name w:val="Tabla:Tabla_datos_en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18"/>
      <w:szCs w:val="18"/>
      <w:color w:val="333333"/>
      <w:spacing w:val="-2"/>
      <w:w w:val="100"/>
    </w:rPr>
  </w:style>
  <w:style w:type="paragraph" w:customStyle="1" w:styleId="IDMLP807b5690f6e4004e">
    <w:name w:val="Tabla:Tabla_enunciado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16"/>
      <w:szCs w:val="16"/>
      <w:color w:val="FFFFFF"/>
      <w:spacing w:val="-2"/>
      <w:w w:val="100"/>
    </w:rPr>
  </w:style>
  <w:style w:type="paragraph" w:customStyle="1" w:styleId="IDMLPcb073e854939df97">
    <w:name w:val="Tabla:Tabla_fuente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0"/>
      <w:keepLines w:val="1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3"/>
      <w:w w:val="100"/>
    </w:rPr>
  </w:style>
  <w:style w:type="paragraph" w:customStyle="1" w:styleId="IDMLPbe5b728115342d8a">
    <w:name w:val="Tabla:Tabla_metido"/>
    <w:next w:val="IDMLP6df3d6661c095ce7"/>
    <w:uiPriority w:val="30"/>
    <w:qFormat/>
    <w:pPr>
      <w:spacing w:before="0" w:after="0" w:line="276" w:lineRule="auto"/>
      <w:ind w:left="170" w:right="0" w:hanging="170"/>
      <w:jc w:val="both"/>
      <w:keepNext w:val="0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48b9a606e54c36cd">
    <w:name w:val="Tabla:Tabla_numero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2"/>
      <w:w w:val="100"/>
    </w:rPr>
  </w:style>
  <w:style w:type="paragraph" w:customStyle="1" w:styleId="IDMLPfa13ef107c7823ee">
    <w:name w:val="Tabla:Tabla_pie"/>
    <w:next w:val="IDMLP6df3d6661c095ce7"/>
    <w:uiPriority w:val="30"/>
    <w:qFormat/>
    <w:pPr>
      <w:spacing w:before="0" w:after="340" w:line="276" w:lineRule="auto"/>
      <w:ind w:left="0" w:right="0" w:firstLine="0"/>
      <w:jc w:val="left"/>
      <w:keepNext w:val="0"/>
      <w:keepLines w:val="1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3"/>
      <w:w w:val="100"/>
    </w:rPr>
  </w:style>
  <w:style w:type="paragraph" w:customStyle="1" w:styleId="IDMLPd3aea26f7c1afe74">
    <w:name w:val="Tabla:Tabla_texto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26d0b1658399d6b0">
    <w:name w:val="Tabla:Tabla_texto_medium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f1c05228d7ec03aa">
    <w:name w:val="Tabla:Tabla_texto_negrita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18"/>
      <w:szCs w:val="18"/>
      <w:color w:val="000000"/>
      <w:spacing w:val="-2"/>
      <w:w w:val="100"/>
    </w:rPr>
  </w:style>
  <w:style w:type="paragraph" w:customStyle="1" w:styleId="IDMLP8bace4da7e35ff4f">
    <w:name w:val="Tabla:Tabla_titulo"/>
    <w:next w:val="IDMLP6df3d6661c095ce7"/>
    <w:uiPriority w:val="30"/>
    <w:qFormat/>
    <w:pPr>
      <w:spacing w:before="0" w:after="57" w:line="276" w:lineRule="auto"/>
      <w:ind w:left="0" w:right="0" w:firstLine="0"/>
      <w:jc w:val="left"/>
      <w:keepNext w:val="1"/>
      <w:keepLines w:val="0"/>
      <w:widowControl w:val="1"/>
      <w:suppressAutoHyphens w:val="1"/>
    </w:pPr>
    <w:rPr>
      <w:rFonts w:ascii="Neo Sans Std Medium" w:hAnsi="Neo Sans Std Medium" w:eastAsia="Neo Sans Std Medium" w:cs="Neo Sans Std Medium"/>
      <w:b w:val="0"/>
      <w:bCs w:val="0"/>
      <w:i w:val="0"/>
      <w:iCs w:val="0"/>
      <w:sz w:val="21"/>
      <w:szCs w:val="21"/>
      <w:color w:val="002B7A"/>
      <w:spacing w:val="-2"/>
      <w:w w:val="100"/>
    </w:rPr>
  </w:style>
  <w:style w:type="paragraph" w:customStyle="1" w:styleId="IDMLP8924e91d5beceed6">
    <w:name w:val="Tabla:Tabla_txt_izq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0"/>
      <w:keepLines w:val="0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8"/>
      <w:szCs w:val="18"/>
      <w:color w:val="000000"/>
      <w:spacing w:val="0"/>
      <w:w w:val="100"/>
    </w:rPr>
  </w:style>
  <w:style w:type="paragraph" w:customStyle="1" w:styleId="IDMLP6df3d6661c095ce7">
    <w:name w:val="Texto"/>
    <w:next w:val="IDMLP6df3d6661c095ce7"/>
    <w:uiPriority w:val="1"/>
    <w:qFormat/>
    <w:pPr>
      <w:spacing w:before="0" w:after="300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0621e1548113afa6">
    <w:name w:val="curriculum_resumen:Cargo"/>
    <w:next w:val="IDMLP6df3d6661c095ce7"/>
    <w:uiPriority w:val="30"/>
    <w:qFormat/>
    <w:pPr>
      <w:spacing w:before="0" w:after="0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e7c71efe76e9011d">
    <w:name w:val="curriculum_resumen:Empresa"/>
    <w:next w:val="IDMLP6df3d6661c095ce7"/>
    <w:uiPriority w:val="30"/>
    <w:qFormat/>
    <w:pPr>
      <w:spacing w:before="0" w:after="567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96d4533b88f46875">
    <w:name w:val="curriculum_resumen:Institucion"/>
    <w:next w:val="IDMLP6df3d6661c095ce7"/>
    <w:uiPriority w:val="30"/>
    <w:qFormat/>
    <w:pPr>
      <w:spacing w:before="0" w:after="283" w:line="276" w:lineRule="auto"/>
      <w:ind w:left="0" w:right="0" w:firstLine="0"/>
      <w:jc w:val="left"/>
      <w:keepNext w:val="0"/>
      <w:keepLines w:val="0"/>
      <w:widowControl w:val="1"/>
      <w:pageBreakBefore/>
      <w:suppressAutoHyphens w:val="1"/>
    </w:pPr>
    <w:rPr>
      <w:rFonts w:ascii="Roboto Black" w:hAnsi="Roboto Black" w:eastAsia="Roboto Black" w:cs="Roboto Black"/>
      <w:b w:val="0"/>
      <w:bCs w:val="0"/>
      <w:i w:val="0"/>
      <w:iCs w:val="0"/>
      <w:sz w:val="26"/>
      <w:szCs w:val="26"/>
      <w:color w:val="333333"/>
      <w:spacing w:val="0"/>
      <w:w w:val="100"/>
    </w:rPr>
  </w:style>
  <w:style w:type="paragraph" w:customStyle="1" w:styleId="IDMLPd0b396faa7b15a40">
    <w:name w:val="curriculum_resumen:Nombre"/>
    <w:next w:val="IDMLP6df3d6661c095ce7"/>
    <w:uiPriority w:val="30"/>
    <w:qFormat/>
    <w:pPr>
      <w:spacing w:before="227" w:after="57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Roboto Medium" w:hAnsi="Roboto Medium" w:eastAsia="Roboto Medium" w:cs="Roboto Medium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126c79f5c3f5b009">
    <w:name w:val="curriculum_resumen:Resumen_Ladillo_1"/>
    <w:next w:val="IDMLP6df3d6661c095ce7"/>
    <w:uiPriority w:val="30"/>
    <w:qFormat/>
    <w:pPr>
      <w:spacing w:before="340" w:after="244" w:line="276" w:lineRule="auto"/>
      <w:ind w:left="283" w:right="0" w:hanging="283"/>
      <w:jc w:val="left"/>
      <w:keepNext w:val="1"/>
      <w:keepLines w:val="0"/>
      <w:widowControl w:val="1"/>
      <w:suppressAutoHyphens w:val="1"/>
      <w:tabs>
        <w:tab w:val="left" w:pos="283"/>
      </w:tabs>
    </w:pPr>
    <w:rPr>
      <w:rFonts w:ascii="Roboto Black" w:hAnsi="Roboto Black" w:eastAsia="Roboto Black" w:cs="Roboto Black"/>
      <w:b w:val="0"/>
      <w:bCs w:val="0"/>
      <w:i w:val="0"/>
      <w:iCs w:val="0"/>
      <w:sz w:val="24"/>
      <w:szCs w:val="24"/>
      <w:color w:val="002B7A"/>
      <w:spacing w:val="0"/>
      <w:w w:val="100"/>
    </w:rPr>
  </w:style>
  <w:style w:type="paragraph" w:customStyle="1" w:styleId="IDMLP3e90fbbb8d05927b">
    <w:name w:val="curriculum_resumen:Resumen_texto"/>
    <w:next w:val="IDMLP6df3d6661c095ce7"/>
    <w:uiPriority w:val="30"/>
    <w:qFormat/>
    <w:pPr>
      <w:spacing w:before="0" w:after="57" w:line="276" w:lineRule="auto"/>
      <w:ind w:left="0" w:right="0" w:firstLine="0"/>
      <w:jc w:val="both"/>
      <w:keepNext w:val="0"/>
      <w:keepLines w:val="0"/>
      <w:widowControl w:val="1"/>
      <w:suppressAutoHyphens w:val="0"/>
    </w:pPr>
    <w:rPr>
      <w:rFonts w:ascii="Roboto Light" w:hAnsi="Roboto Light" w:eastAsia="Roboto Light" w:cs="Roboto Light"/>
      <w:b w:val="0"/>
      <w:bCs w:val="0"/>
      <w:i w:val="0"/>
      <w:iCs w:val="0"/>
      <w:sz w:val="21"/>
      <w:szCs w:val="21"/>
      <w:color w:val="333333"/>
      <w:spacing w:val="0"/>
      <w:w w:val="100"/>
    </w:rPr>
  </w:style>
  <w:style w:type="paragraph" w:customStyle="1" w:styleId="IDMLPde4e31b69113e879">
    <w:name w:val="curriculum_resumen:Subseccion"/>
    <w:next w:val="IDMLP6df3d6661c095ce7"/>
    <w:uiPriority w:val="30"/>
    <w:qFormat/>
    <w:pPr>
      <w:spacing w:before="0" w:after="283" w:line="276" w:lineRule="auto"/>
      <w:ind w:left="0" w:right="0" w:firstLine="0"/>
      <w:jc w:val="left"/>
      <w:keepNext w:val="0"/>
      <w:keepLines w:val="0"/>
      <w:widowControl w:val="1"/>
      <w:pageBreakBefore/>
      <w:suppressAutoHyphens w:val="1"/>
    </w:pPr>
    <w:rPr>
      <w:rFonts w:ascii="Roboto Light" w:hAnsi="Roboto Light" w:eastAsia="Roboto Light" w:cs="Roboto Light"/>
      <w:b w:val="0"/>
      <w:bCs w:val="0"/>
      <w:i w:val="0"/>
      <w:iCs w:val="0"/>
      <w:sz w:val="26"/>
      <w:szCs w:val="26"/>
      <w:color w:val="000000"/>
      <w:spacing w:val="0"/>
      <w:w w:val="100"/>
    </w:rPr>
  </w:style>
  <w:style w:type="paragraph" w:customStyle="1" w:styleId="IDMLPe7912ed12a12d0e0">
    <w:name w:val="Maestra:Cabecera_izquierda"/>
    <w:next w:val="IDMLP6df3d6661c095ce7"/>
    <w:uiPriority w:val="30"/>
    <w:qFormat/>
    <w:pPr>
      <w:spacing w:before="0" w:after="113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Poppins Medium" w:hAnsi="Poppins Medium" w:eastAsia="Poppins Medium" w:cs="Poppins Medium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0aceb62a88649b27">
    <w:name w:val="Maestra:Cabecera_roman"/>
    <w:next w:val="IDMLP6df3d6661c095ce7"/>
    <w:uiPriority w:val="30"/>
    <w:qFormat/>
    <w:pPr>
      <w:spacing w:before="0" w:after="113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Palatino Linotype" w:hAnsi="Palatino Linotype" w:eastAsia="Palatino Linotype" w:cs="Palatino Linotype"/>
      <w:b w:val="0"/>
      <w:bCs w:val="0"/>
      <w:i w:val="0"/>
      <w:iCs w:val="0"/>
      <w:sz w:val="18"/>
      <w:szCs w:val="18"/>
      <w:color w:val="000000"/>
      <w:spacing w:val="0"/>
      <w:w w:val="100"/>
    </w:rPr>
  </w:style>
  <w:style w:type="paragraph" w:customStyle="1" w:styleId="IDMLP7718b8e0f927b343">
    <w:name w:val="Maestra:Cabecera-der"/>
    <w:next w:val="IDMLP6df3d6661c095ce7"/>
    <w:uiPriority w:val="30"/>
    <w:qFormat/>
    <w:pPr>
      <w:spacing w:before="0" w:after="113" w:line="276" w:lineRule="auto"/>
      <w:ind w:left="0" w:right="0" w:firstLine="0"/>
      <w:jc w:val="right"/>
      <w:keepNext w:val="0"/>
      <w:keepLines w:val="0"/>
      <w:widowControl w:val="1"/>
      <w:suppressAutoHyphens w:val="0"/>
    </w:pPr>
    <w:rPr>
      <w:rFonts w:ascii="Palatino Linotype" w:hAnsi="Palatino Linotype" w:eastAsia="Palatino Linotype" w:cs="Palatino Linotype"/>
      <w:b w:val="1"/>
      <w:bCs w:val="1"/>
      <w:i w:val="0"/>
      <w:iCs w:val="0"/>
      <w:sz w:val="18"/>
      <w:szCs w:val="18"/>
      <w:color w:val="000000"/>
      <w:spacing w:val="4"/>
      <w:w w:val="100"/>
    </w:rPr>
  </w:style>
  <w:style w:type="paragraph" w:customStyle="1" w:styleId="IDMLP874709c969757e83">
    <w:name w:val="Maestra:Cabecera-izquierda_dos"/>
    <w:next w:val="IDMLP6df3d6661c095ce7"/>
    <w:uiPriority w:val="30"/>
    <w:qFormat/>
    <w:pPr>
      <w:spacing w:before="0" w:after="113" w:line="276" w:lineRule="auto"/>
      <w:ind w:left="0" w:right="0" w:firstLine="0"/>
      <w:jc w:val="left"/>
      <w:keepNext w:val="0"/>
      <w:keepLines w:val="0"/>
      <w:widowControl w:val="1"/>
      <w:suppressAutoHyphens w:val="0"/>
    </w:pPr>
    <w:rPr>
      <w:rFonts w:ascii="Poppins Light" w:hAnsi="Poppins Light" w:eastAsia="Poppins Light" w:cs="Poppins Light"/>
      <w:b w:val="0"/>
      <w:bCs w:val="0"/>
      <w:i w:val="0"/>
      <w:iCs w:val="0"/>
      <w:sz w:val="16"/>
      <w:szCs w:val="16"/>
      <w:color w:val="404040"/>
      <w:spacing w:val="0"/>
      <w:w w:val="100"/>
    </w:rPr>
  </w:style>
  <w:style w:type="paragraph" w:customStyle="1" w:styleId="IDMLP5cd3837d0ad9de93">
    <w:name w:val="Maestra:Colofon"/>
    <w:next w:val="IDMLP6df3d6661c095ce7"/>
    <w:uiPriority w:val="30"/>
    <w:qFormat/>
    <w:pPr>
      <w:spacing w:before="0" w:after="0" w:line="276" w:lineRule="auto"/>
      <w:ind w:left="0" w:right="0" w:firstLine="0"/>
      <w:jc w:val="center"/>
      <w:keepNext w:val="0"/>
      <w:keepLines w:val="0"/>
      <w:widowControl w:val="1"/>
      <w:suppressAutoHyphens w:val="0"/>
    </w:pPr>
    <w:rPr>
      <w:rFonts w:ascii="Roboto Slab Light" w:hAnsi="Roboto Slab Light" w:eastAsia="Roboto Slab Light" w:cs="Roboto Slab Light"/>
      <w:b w:val="0"/>
      <w:bCs w:val="0"/>
      <w:i w:val="0"/>
      <w:iCs w:val="0"/>
      <w:sz w:val="21"/>
      <w:szCs w:val="21"/>
      <w:color w:val="000000"/>
      <w:spacing w:val="0"/>
      <w:w w:val="100"/>
    </w:rPr>
  </w:style>
  <w:style w:type="paragraph" w:customStyle="1" w:styleId="IDMLP240096f43f444ced">
    <w:name w:val="Maestra:Colofon_0"/>
    <w:next w:val="IDMLP6df3d6661c095ce7"/>
    <w:uiPriority w:val="30"/>
    <w:qFormat/>
    <w:pPr>
      <w:spacing w:before="0" w:after="57" w:line="276" w:lineRule="auto"/>
      <w:ind w:left="0" w:right="0" w:firstLine="0"/>
      <w:jc w:val="center"/>
      <w:keepNext w:val="0"/>
      <w:keepLines w:val="0"/>
      <w:widowControl w:val="1"/>
      <w:suppressAutoHyphens w:val="0"/>
    </w:pPr>
    <w:rPr>
      <w:rFonts w:ascii="Roboto Slab" w:hAnsi="Roboto Slab" w:eastAsia="Roboto Slab" w:cs="Roboto Slab"/>
      <w:b w:val="1"/>
      <w:bCs w:val="1"/>
      <w:i w:val="0"/>
      <w:iCs w:val="0"/>
      <w:sz w:val="25"/>
      <w:szCs w:val="25"/>
      <w:color w:val="000000"/>
      <w:spacing w:val="12"/>
      <w:w w:val="100"/>
    </w:rPr>
  </w:style>
  <w:style w:type="paragraph" w:customStyle="1" w:styleId="IDMLPafe42c397623cd54">
    <w:name w:val="Maestra:Fecha"/>
    <w:next w:val="IDMLP6df3d6661c095ce7"/>
    <w:uiPriority w:val="30"/>
    <w:qFormat/>
    <w:pPr>
      <w:spacing w:before="0" w:after="113" w:line="276" w:lineRule="auto"/>
      <w:ind w:left="0" w:right="0" w:firstLine="0"/>
      <w:jc w:val="right"/>
      <w:keepNext w:val="0"/>
      <w:keepLines w:val="0"/>
      <w:widowControl w:val="1"/>
      <w:suppressAutoHyphens w:val="0"/>
    </w:pPr>
    <w:rPr>
      <w:rFonts w:ascii="Poppins" w:hAnsi="Poppins" w:eastAsia="Poppins" w:cs="Poppins"/>
      <w:b w:val="0"/>
      <w:bCs w:val="0"/>
      <w:i w:val="0"/>
      <w:iCs w:val="0"/>
      <w:sz w:val="16"/>
      <w:szCs w:val="16"/>
      <w:color w:val="000000"/>
      <w:spacing w:val="0"/>
      <w:w w:val="100"/>
    </w:rPr>
  </w:style>
  <w:style w:type="paragraph" w:customStyle="1" w:styleId="IDMLP9b76f59b27ebe76c">
    <w:name w:val="Maestra:Folio"/>
    <w:next w:val="IDMLP6df3d6661c095ce7"/>
    <w:uiPriority w:val="30"/>
    <w:qFormat/>
    <w:pPr>
      <w:spacing w:before="0" w:after="113" w:line="276" w:lineRule="auto"/>
      <w:ind w:left="0" w:right="0" w:firstLine="0"/>
      <w:jc w:val="right"/>
      <w:keepNext w:val="0"/>
      <w:keepLines w:val="0"/>
      <w:widowControl w:val="1"/>
      <w:suppressAutoHyphens w:val="0"/>
    </w:pPr>
    <w:rPr>
      <w:rFonts w:ascii="Poppins Medium" w:hAnsi="Poppins Medium" w:eastAsia="Poppins Medium" w:cs="Poppins Medium"/>
      <w:b w:val="0"/>
      <w:bCs w:val="0"/>
      <w:i w:val="0"/>
      <w:iCs w:val="0"/>
      <w:sz w:val="16"/>
      <w:szCs w:val="16"/>
      <w:color w:val="4C4C4C"/>
      <w:spacing w:val="0"/>
      <w:w w:val="100"/>
    </w:rPr>
  </w:style>
  <w:style w:type="paragraph" w:customStyle="1" w:styleId="IDMLPccb94ea0182cfb1f">
    <w:name w:val="Tabla:Grafico_pie"/>
    <w:next w:val="IDMLP6df3d6661c095ce7"/>
    <w:uiPriority w:val="30"/>
    <w:qFormat/>
    <w:pPr>
      <w:spacing w:before="0" w:after="340" w:line="276" w:lineRule="auto"/>
      <w:ind w:left="0" w:right="0" w:firstLine="0"/>
      <w:jc w:val="left"/>
      <w:keepNext w:val="0"/>
      <w:keepLines w:val="1"/>
      <w:widowControl w:val="1"/>
      <w:suppressAutoHyphens w:val="1"/>
    </w:pPr>
    <w:rPr>
      <w:rFonts w:ascii="Neo Sans Std Light" w:hAnsi="Neo Sans Std Light" w:eastAsia="Neo Sans Std Light" w:cs="Neo Sans Std Light"/>
      <w:b w:val="0"/>
      <w:bCs w:val="0"/>
      <w:i w:val="0"/>
      <w:iCs w:val="0"/>
      <w:sz w:val="16"/>
      <w:szCs w:val="16"/>
      <w:color w:val="000000"/>
      <w:spacing w:val="-3"/>
      <w:w w:val="100"/>
    </w:rPr>
  </w:style>
  <w:style w:type="character" w:customStyle="1" w:styleId="IDMLC75fe4dad0eb37bc4">
    <w:name w:val="Anidados:Cabecera_caracter"/>
    <w:uiPriority w:val="30"/>
    <w:qFormat/>
    <w:rPr/>
  </w:style>
  <w:style w:type="character" w:customStyle="1" w:styleId="IDMLC341aa53af4757e66">
    <w:name w:val="Anidados:Ladillo_numeros"/>
    <w:uiPriority w:val="30"/>
    <w:qFormat/>
    <w:rPr>
      <w:rFonts w:ascii="Roboto" w:hAnsi="Roboto" w:eastAsia="Roboto" w:cs="Roboto"/>
      <w:b w:val="1"/>
      <w:bCs w:val="1"/>
      <w:i w:val="0"/>
      <w:iCs w:val="0"/>
    </w:rPr>
  </w:style>
  <w:style w:type="character" w:customStyle="1" w:styleId="IDMLC2f40071cf482d3d5">
    <w:name w:val="Anidados:No_partir"/>
    <w:uiPriority w:val="30"/>
    <w:qFormat/>
    <w:rPr/>
  </w:style>
  <w:style w:type="character" w:customStyle="1" w:styleId="IDMLC0495bde585452c29">
    <w:name w:val="Bold_italic"/>
    <w:uiPriority w:val="30"/>
    <w:qFormat/>
    <w:rPr>
      <w:rFonts w:ascii="Roboto" w:hAnsi="Roboto" w:eastAsia="Roboto" w:cs="Roboto"/>
      <w:b w:val="1"/>
      <w:bCs w:val="1"/>
      <w:i w:val="1"/>
      <w:iCs w:val="1"/>
    </w:rPr>
  </w:style>
  <w:style w:type="character" w:customStyle="1" w:styleId="IDMLC2b6fcad40d0e214f">
    <w:name w:val="Indice_cargo"/>
    <w:uiPriority w:val="30"/>
    <w:qFormat/>
    <w:rPr>
      <w:b w:val="0"/>
      <w:i w:val="0"/>
      <w:color w:val="000000"/>
    </w:rPr>
  </w:style>
  <w:style w:type="character" w:customStyle="1" w:styleId="IDMLCcf05d305abf762ff">
    <w:name w:val="Indice_nombre"/>
    <w:uiPriority w:val="30"/>
    <w:qFormat/>
    <w:rPr>
      <w:b w:val="1"/>
      <w:i w:val="0"/>
      <w:color w:val="000000"/>
    </w:rPr>
  </w:style>
  <w:style w:type="character" w:customStyle="1" w:styleId="IDMLC1026242b0b2f8d0e">
    <w:name w:val="Light_italic"/>
    <w:uiPriority w:val="13"/>
    <w:qFormat/>
    <w:rPr>
      <w:rFonts w:ascii="Roboto Slab Light" w:hAnsi="Roboto Slab Light" w:eastAsia="Roboto Slab Light" w:cs="Roboto Slab Light"/>
      <w:b w:val="0"/>
      <w:bCs w:val="0"/>
      <w:i w:val="1"/>
      <w:iCs w:val="1"/>
    </w:rPr>
  </w:style>
  <w:style w:type="character" w:customStyle="1" w:styleId="IDMLC8e588cd187741f1c">
    <w:name w:val="Medium"/>
    <w:uiPriority w:val="11"/>
    <w:qFormat/>
    <w:rPr>
      <w:rFonts w:ascii="Roboto Slab Medium" w:hAnsi="Roboto Slab Medium" w:eastAsia="Roboto Slab Medium" w:cs="Roboto Slab Medium"/>
      <w:b w:val="0"/>
      <w:bCs w:val="0"/>
      <w:i w:val="0"/>
      <w:iCs w:val="0"/>
    </w:rPr>
  </w:style>
  <w:style w:type="character" w:customStyle="1" w:styleId="IDMLCab8ddc24014cdca1">
    <w:name w:val="Medium_italic"/>
    <w:uiPriority w:val="12"/>
    <w:qFormat/>
    <w:rPr>
      <w:rFonts w:ascii="Roboto Slab Medium" w:hAnsi="Roboto Slab Medium" w:eastAsia="Roboto Slab Medium" w:cs="Roboto Slab Medium"/>
      <w:b w:val="0"/>
      <w:bCs w:val="0"/>
      <w:i w:val="1"/>
      <w:iCs w:val="1"/>
    </w:rPr>
  </w:style>
  <w:style w:type="character" w:customStyle="1" w:styleId="IDMLC29934cd7b3d580f9">
    <w:name w:val="Regular_negro"/>
    <w:uiPriority w:val="30"/>
    <w:qFormat/>
    <w:rPr>
      <w:b w:val="0"/>
      <w:i w:val="0"/>
      <w:color w:val="000000"/>
    </w:rPr>
  </w:style>
  <w:style w:type="character" w:customStyle="1" w:styleId="IDMLCbb27cedc6e146535">
    <w:name w:val="Regular_negro_SUMARIO"/>
    <w:uiPriority w:val="30"/>
    <w:qFormat/>
    <w:rPr>
      <w:b w:val="0"/>
      <w:i w:val="0"/>
      <w:sz w:val="21"/>
      <w:szCs w:val="21"/>
      <w:color w:val="000000"/>
    </w:rPr>
  </w:style>
  <w:style w:type="character" w:customStyle="1" w:styleId="IDMLC622c5c51d5b9a789">
    <w:name w:val="Resumen_medium"/>
    <w:uiPriority w:val="30"/>
    <w:qFormat/>
    <w:rPr>
      <w:b w:val="1"/>
      <w:i w:val="0"/>
    </w:rPr>
  </w:style>
  <w:style w:type="character" w:customStyle="1" w:styleId="IDMLC1246f954c176a043">
    <w:name w:val="Subindice_formula"/>
    <w:uiPriority w:val="16"/>
    <w:qFormat/>
    <w:rPr>
      <w:b w:val="0"/>
      <w:i w:val="1"/>
      <w:color w:val="000000"/>
      <w:vertAlign w:val="subscript"/>
    </w:rPr>
  </w:style>
  <w:style w:type="character" w:customStyle="1" w:styleId="IDMLC727992cf6747ff56">
    <w:name w:val="Superindice"/>
    <w:uiPriority w:val="15"/>
    <w:qFormat/>
    <w:rPr>
      <w:color w:val="000000"/>
      <w:vertAlign w:val="superscript"/>
    </w:rPr>
  </w:style>
  <w:style w:type="character" w:customStyle="1" w:styleId="IDMLCf0867799ecdbe782">
    <w:name w:val="Tabla:Tabla_italic"/>
    <w:uiPriority w:val="30"/>
    <w:qFormat/>
    <w:rPr>
      <w:b w:val="0"/>
      <w:i w:val="1"/>
    </w:rPr>
  </w:style>
  <w:style w:type="character" w:customStyle="1" w:styleId="IDMLC954e91f62cb43307">
    <w:name w:val="Tabla:Tabla_medium"/>
    <w:uiPriority w:val="30"/>
    <w:qFormat/>
    <w:rPr>
      <w:b w:val="1"/>
      <w:i w:val="0"/>
    </w:rPr>
  </w:style>
  <w:style w:type="character" w:customStyle="1" w:styleId="IDMLC58d86fd0b76ab7ad">
    <w:name w:val="Tabla:Tabla_mediun_italic"/>
    <w:uiPriority w:val="30"/>
    <w:qFormat/>
    <w:rPr>
      <w:b w:val="1"/>
      <w:i w:val="1"/>
    </w:rPr>
  </w:style>
  <w:style w:type="character" w:customStyle="1" w:styleId="IDMLC9815ab501c1e8aeb">
    <w:name w:val="Versalitas"/>
    <w:uiPriority w:val="14"/>
    <w:qFormat/>
    <w:rPr>
      <w:spacing w:val="0"/>
      <w:smallCaps/>
    </w:rPr>
  </w:style>
  <w:style w:type="character" w:customStyle="1" w:styleId="IDMLC50a20557b837d8c0">
    <w:name w:val="Vinculos_web"/>
    <w:uiPriority w:val="30"/>
    <w:qFormat/>
    <w:rPr>
      <w:color w:val="333333"/>
      <w:u w:val="single"/>
    </w:rPr>
  </w:style>
  <w:style w:type="character" w:customStyle="1" w:styleId="IDMLC9c7537662889dcc5">
    <w:name w:val="blak_italic"/>
    <w:uiPriority w:val="30"/>
    <w:qFormat/>
    <w:rPr/>
  </w:style>
  <w:style w:type="character" w:customStyle="1" w:styleId="IDMLC667937c3e7a68ea3">
    <w:name w:val="regular"/>
    <w:uiPriority w:val="30"/>
    <w:qFormat/>
    <w:rPr>
      <w:rFonts w:ascii="Roboto Slab" w:hAnsi="Roboto Slab" w:eastAsia="Roboto Slab" w:cs="Roboto Slab"/>
      <w:b w:val="0"/>
      <w:bCs w:val="0"/>
      <w:i w:val="0"/>
      <w:iCs w:val="0"/>
    </w:rPr>
  </w:style>
  <w:style w:type="character" w:customStyle="1" w:styleId="IDMLCbd753a4eaf0de8d1">
    <w:name w:val="Subindice"/>
    <w:uiPriority w:val="30"/>
    <w:qFormat/>
    <w:rPr>
      <w:vertAlign w:val="sub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general IEE</dc:title>
  <dc:subject/>
  <dc:creator>Instituto de Estudios Económicos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